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anfragen: Checkliste für eine vollständige Projektbeschreibung</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Der vollständige Überblick von der Fläche bis zur Entscheidung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terrassenbauberlin.de/index.html" TargetMode="External"/><Relationship Id="rId10" Type="http://schemas.openxmlformats.org/officeDocument/2006/relationships/hyperlink" Target="https://oracle.holzterrassenbauberlin.de/hausbau-1/holzterrasse-planen-der-vollst-ndige-berblick-von-der-fl-che-bis-zur-e-42f27f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